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19-A, GLEBA 01, CASTRO ALVES, SETOR IPOCYSSARA, PROJETO FUNDIÁRIO CORUMBIARA, Município de Cacoal/RO, código INCRA/SNCR nº 95005050998-13, matrícula nº 11.555,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