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ZILDA DINIZ GOULART, inscrita no CPF sob o nº 294.641.022-68, residente em Cacoal/RO, interessada no processo de regularização ambiental referente ao imóvel "LOTE 13,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ZILDA DINIZ GOULART</w:t>
        <w:br/>
        <w:t xml:space="preserve">    CPF:            294.641.022-68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