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ZILDA DINIZ GOULART, inscrita no CPF sob o nº 294.641.022-68, proprietária do imóvel rural denominado "LOTE 13, GLEBA 09, S.T. IPOCYSSARA, P.F. CORUMBIARA", com área de 85.3964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ZILDA DINIZ GOULART</w:t>
      </w:r>
    </w:p>
    <w:p>
      <w:r>
        <w:t>CPF: 294.641.022-68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