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29C (REM.), GLEBA 11, SETOR GY-PARANÁ, P.I.C. GY-PARANÁ", com área de 7.2445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