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SERGIO LAGASSI, brasileiro, inscrito(a) no CPF nº 400.278.992-68, residente e domiciliado(a) em Zona rural de Cacoal-RO, Linha 12, Lote 07, Gleba 12.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03D-01, QUADRA 43-A, SETOR 07, BAIRRO INCRA, CACOAL-RO (IMÓVEL URBANO),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SERGIO LAGASSI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