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PAULO SERGIO LAGASSI, brasileiro, inscrito no CPF sob o nº 400.278.992-68, residente e domiciliado em Cacoal/RO, vem, respeitosamente, à presença de Vossas Senhorias, solicitar a ANÁLISE E APROVAÇÃO do Cadastro Ambiental Rural — CAR referente ao imóvel rural denominado "LOTE 03D-01, QUADRA 43-A, SETOR 07, BAIRRO INCRA, CACOAL-RO (IMÓVEL URBANO)"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SERGIO LAGASSI</w:t>
      </w:r>
    </w:p>
    <w:p>
      <w:r>
        <w:t>CPF: 400.278.992-68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