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REINALDO LAGAÇO, inscrito no CPF sob o nº 251.740.707-00, proprietário do imóvel rural denominado "LOTE 95-A, GLEBA 08, S.T. GY-PARANÁ, P.I.C. GY-PARANÁ", localizado em Cacoal/RO,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REINALDO LAGAÇO</w:t>
      </w:r>
    </w:p>
    <w:p>
      <w:r>
        <w:t>CPF: 251.740.707-00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