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CLAUDIONOR ANTÔNIO INÁCIO, inscrito no CPF sob o nº 175.869.091-72, residente em Cacoal/RO, interessado no processo de regularização ambiental referente ao imóvel "LOTE 18 (REM.), GLEBA 09, S.T. IPOCYSSARA, P.F.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CLAUDIONOR ANTÔNIO INÁCIO</w:t>
        <w:br/>
        <w:t xml:space="preserve">    CPF:            175.869.091-72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CLAUDIONOR ANTÔNIO INÁCIO</w:t>
      </w:r>
    </w:p>
    <w:p>
      <w:r>
        <w:t>CPF: 175.869.091-72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