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CLAUDIONOR ANTÔNIO INÁCIO, brasileiro, inscrito no CPF sob o nº 175.869.091-72, residente e domiciliado em Cacoal/RO, vem, respeitosamente, à presença de Vossas Senhorias, solicitar a ANÁLISE E APROVAÇÃO do Cadastro Ambiental Rural — CAR referente ao imóvel rural denominado "LOTE 18 (REM.), GLEBA 09, S.T. IPOCYSSARA, P.F. CORUMBIARA", com área de 9.7583 hectares, localizado no município de Cacoal/RO, inscrito sob o nº RO-1100049-4AF8.E5AB.15A5.4331.BC3E.5F4E.C109.557E, CCIR nº 69808940250,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CLAUDIONOR ANTÔNIO INÁCIO</w:t>
      </w:r>
    </w:p>
    <w:p>
      <w:r>
        <w:t>CPF: 175.869.091-72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