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18 (REM.), GLEBA 09, S.T. IPOCYSSARA, P.F. CORUMBIARA", com área de 9.7583 hectares, localizado no município de Cacoal/RO, inscrito no CAR sob o nº RO-1100049-4AF8.E5AB.15A5.4331.BC3E.5F4E.C109.557E,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