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"LT59GL05-PROS"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