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7 GL05-PROS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