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57 GL05-PROS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