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57 GL05-PRO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