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09-D, GLEBA 07,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Imóveis, Títulos e Documentos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31.793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33,8800 ha (trinta e três hectares e oitenta e oito 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33,5616 ha (trinta e três hectares, cinquenta e seis ares e dezesseis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b94a77d2-13e9-4d3f-b846-d4dc4c0532ba</w:t>
      </w:r>
      <w:r>
        <w:rPr>
          <w:b w:val="0"/>
          <w:sz w:val="24"/>
        </w:rPr>
        <w:t xml:space="preserve"> (Código do Imóvel Rural nº 001.040.043.419-6), para tal trabalho fora recolhida a Anotação de Responsabilidade Técnica (ART) nº </w:t>
      </w:r>
      <w:r>
        <w:rPr>
          <w:b/>
          <w:sz w:val="24"/>
        </w:rPr>
        <w:t>2320258500369473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Lotes 11 e 09-C, da Gleba 07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Lotes 09-A, 09-B e 09-C, da Gleba 07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Lotes 07 e 09-A, da Gleba 07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Lotes 09-C, da Gleba 07 e 08, da Gleba 06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11/A da Gleba 07 (Mat. 13.146) e Lote 09-C da Gleba 07 (Mat. 31.796)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09A (Unificado) da Gleba 07 (Mat. 39.924) e Lote 09-B da Gleba 07 (Mat. 31.795)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09A (Unificado) da Gleba 07 (Mat. 39.924) e Lote 07-B da Gleba 07 (Mat. 12.002)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08-B (Rem.) da Gleba 06 (Mat. 31.861) (atualização de confrontação necessária de acordo com as normas do INCRA)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Lotes 11 e 09-C, da Gleba 07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11/A da Gleba 07 (Mat. 13.146) e Lote 09-C da Gleba 07 (Mat. 31.796)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Lotes 09-A, 09-B e 09-C, da Gleba 07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09A (Unificado) da Gleba 07 (Mat. 39.924) e Lote 09-B da Gleba 07 (Mat. 31.795)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Lotes 07 e 09-A, da Gleba 07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09A (Unificado) da Gleba 07 (Mat. 39.924) e Lote 07-B da Gleba 07 (Mat. 12.002)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Lotes 09-C, da Gleba 07 e 08, da Gleba 06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08-B (Rem.) da Gleba 06 (Mat. 31.861)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inferior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0,3184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0,94%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25 de agosto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