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09-D, GLEBA 07, S.T. IPOCYSSARA, P.F. CORUMBIARA, Município de Cacoal/RO, código INCRA/SNCR nº 001.040.043.419-6, matrícula nº 31.793,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