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ELPIDIO EUGENIO DA SILVA, brasileiro, inscrito no CPF sob o nº 397.731.329-00, residente e domiciliado em Cacoal/RO, vem, respeitosamente, à presença de Vossas Senhorias, solicitar a ANÁLISE E APROVAÇÃO do Cadastro Ambiental Rural — CAR referente ao imóvel rural denominado "LOTE 09-D, GLEBA 07, S.T. IPOCYSSARA, P.F. CORUMBIARA", com área de 33.5616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