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09-D, GLEBA 07, S.T. IPOCYSSARA, P.F. CORUMBIARA", com área de 33.5616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