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11 (REM.), GLEBA 06, S.T. IPOCYSSARA, P.F. CORUMBIARA", com área de 25.284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