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09-C, GLEBA 07,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