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51A GLEBA 05,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