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ADERITA MARIA DE JESUS, brasileira, viuvo(a), agricultora, inscrito(a) no CPF nº 670.732.712-72, portador(a) do RG nº 000621882 SSP/RO, residente e domiciliado(a) em Rua 1º de Maio, nº 9063, Distrito de São Domingos do Guaporé, Costa Marques-RO.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DEUS ME DEU (LOTE 01), GLEBA CONCEIÇÃO, SETOR RIO CAUTÁRIO, Costa Marques, Rondônia, Município de Costa Marques/RO, CAR nº RO-1100080-5F29.9B48.94DC.4AAA.B284.A5F5.F244.8AB2, de propriedade/posse do(s) OUTORGANTE(S).</w:t>
      </w:r>
    </w:p>
    <w:p/>
    <w:p>
      <w:pPr>
        <w:jc w:val="right"/>
      </w:pPr>
      <w:r>
        <w:t>Costa Marques/RO,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ADERITA MARIA DE JESUS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