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ADERITA MARIA DE JESUS, inscrita no CPF sob o nº 670.732.712-72, residente em Costa Marques/RO, interessada no processo de regularização ambiental referente ao imóvel "LOTE DEUS ME DEU (LOTE 01), GLEBA CONCEIÇÃO, SETOR RIO CAUTÁRIO, Costa Marques, Rondônia", localizado em Costa Marques/RO,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ADERITA MARIA DE JESUS</w:t>
        <w:br/>
        <w:t xml:space="preserve">    CPF:            670.732.712-72</w:t>
        <w:br/>
        <w:t xml:space="preserve">    E-mail:         sem endereço eletrônico declarado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ADERITA MARIA DE JESUS</w:t>
      </w:r>
    </w:p>
    <w:p>
      <w:r>
        <w:t>CPF: 670.732.712-72</w:t>
      </w:r>
    </w:p>
    <w:p>
      <w:r>
        <w:t>Domicílio: Costa Marques/RO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