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ADERITA MARIA DE JESUS, inscrita no CPF sob o nº 670.732.712-72, proprietária do imóvel rural denominado "LOTE DEUS ME DEU (LOTE 01), GLEBA CONCEIÇÃO, SETOR RIO CAUTÁRIO, Costa Marques, Rondônia", com área de 1309.2406 hectares, localizado no município de Costa Marques/RO, inscrito no CAR sob o nº RO-1100080-5F29.9B48.94DC.4AAA.B284.A5F5.F244.8AB2,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ADERITA MARIA DE JESUS</w:t>
      </w:r>
    </w:p>
    <w:p>
      <w:r>
        <w:t>CPF: 670.732.712-72</w:t>
      </w:r>
    </w:p>
    <w:p>
      <w:r>
        <w:t>Domicílio: Costa Marques/RO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