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OTAVIANO DE JESUS RODRIGUES, inscrito no CPF sob o nº 081.198.055-34, residente em Cacoal/Rondônia, interessado no processo de regularização ambiental referente ao imóvel "LOTE 03-C (REM.), GLEBA 09, S.T. IPOCYSSARA, P.F. CORUMBIARA",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OTAVIANO DE JESUS RODRIGUES</w:t>
        <w:br/>
        <w:t xml:space="preserve">    CPF:            081.198.055-34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