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OTAVIANO DE JESUS RODRIGUES, inscrito no CPF sob o nº 081.198.055-34, proprietário do imóvel rural denominado "LOTE 03-C (REM.), GLEBA 09, S.T. IPOCYSSARA, P.F. CORUMBIARA", com área de 62.5635 hectares,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OTAVIANO DE JESUS RODRIGUES</w:t>
      </w:r>
    </w:p>
    <w:p>
      <w:r>
        <w:t>CPF: 081.198.055-34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