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03-C (REM.), GLEBA 09, S.T. IPOCYSSARA, P.F. CORUMBIARA", com área de 62.5635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