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TAMI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 GL08 GY-PARAN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TAM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