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TAMIR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 GL08 GY-PARAN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TAMI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