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1938"/>
        <w:gridCol w:w="1938"/>
        <w:gridCol w:w="1938"/>
        <w:gridCol w:w="1938"/>
        <w:gridCol w:w="1938"/>
      </w:tblGrid>
      <w:tr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30506" cy="39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incra_facil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50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92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3256" cy="396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256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60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0000" cy="27517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_jacutinga_horizontal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7517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01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6321" cy="1584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elefone_verd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21" cy="1584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020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32000" cy="432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code_whatsapp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40" w:after="120"/>
        <w:pBdr>
          <w:bottom w:val="single" w:sz="12" w:color="000000"/>
        </w:pBdr>
      </w:pPr>
    </w:p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MEMORIAL DESCRITIVO</w:t>
      </w:r>
    </w:p>
    <w:p/>
    <w:p>
      <w:r>
        <w:rPr>
          <w:b/>
        </w:rPr>
        <w:t xml:space="preserve">LOTE: </w:t>
      </w:r>
      <w:r>
        <w:t>08B (REM.)</w:t>
      </w:r>
      <w:r>
        <w:rPr>
          <w:b/>
        </w:rPr>
        <w:t xml:space="preserve">          GLEBA: </w:t>
      </w:r>
      <w:r>
        <w:t>14</w:t>
      </w:r>
    </w:p>
    <w:p>
      <w:r>
        <w:rPr>
          <w:b/>
        </w:rPr>
        <w:t xml:space="preserve">MUNICÍPIO: </w:t>
      </w:r>
      <w:r>
        <w:t>Cacoal - RO</w:t>
      </w:r>
    </w:p>
    <w:p>
      <w:r>
        <w:rPr>
          <w:b/>
        </w:rPr>
        <w:t xml:space="preserve">ÁREA: </w:t>
      </w:r>
      <w:r>
        <w:rPr>
          <w:b/>
        </w:rPr>
        <w:t xml:space="preserve">27,5320 ha </w:t>
      </w:r>
      <w:r>
        <w:t>(vinte e sete hectares, cinquenta e três ares e vinte centiares).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LIMITES E CONFRONTAÇÕES</w:t>
      </w:r>
    </w:p>
    <w:p/>
    <w:p>
      <w:r>
        <w:rPr>
          <w:b/>
        </w:rPr>
        <w:t xml:space="preserve">LESTE : </w:t>
      </w:r>
      <w:r>
        <w:t>LOTE 01 da GLEBA 14, CASTRO ALVES, ESPIGÃO D'OESTE, PROJETO FUNDIÁRIO;</w:t>
      </w:r>
    </w:p>
    <w:p>
      <w:r>
        <w:rPr>
          <w:b/>
        </w:rPr>
        <w:t xml:space="preserve">SUL : </w:t>
      </w:r>
      <w:r>
        <w:t>Lote 07, da Gleba 14, Castro Alves, Setor Espigão D'Oeste, Projeto Fundiário Corumbiara;</w:t>
      </w:r>
    </w:p>
    <w:p>
      <w:r>
        <w:rPr>
          <w:b/>
        </w:rPr>
        <w:t xml:space="preserve">OESTE : </w:t>
      </w:r>
      <w:r>
        <w:t>Lote 08-A, da Gleba 14, Castro Alves, SETOR ESPIGÃO D'OESTE, Projeto Fundiário Corumbiara e Lote 08-B3, da Gleba 14, Castro Alves, SETOR ESPIGÃO D'OESTE, Projeto Fundiário Corumbiara e Lote 08-B2, da Gleba 14, Castro Alves, SETOR ESPIGÃO D'OESTE, Projeto Fundiário Corumbiara;</w:t>
      </w:r>
    </w:p>
    <w:p/>
    <w:p>
      <w:pPr>
        <w:jc w:val="center"/>
      </w:pPr>
      <w:r>
        <w:rPr>
          <w:rFonts w:ascii="Times New Roman" w:hAnsi="Times New Roman"/>
          <w:b/>
          <w:sz w:val="28"/>
          <w:u w:val="single"/>
        </w:rPr>
        <w:t>DESCRIÇÃO DO PERÍMETRO</w:t>
      </w:r>
    </w:p>
    <w:p/>
    <w:p>
      <w:pPr>
        <w:spacing w:line="360" w:lineRule="auto"/>
        <w:ind w:firstLine="709"/>
        <w:jc w:val="both"/>
      </w:pPr>
      <w:r>
        <w:t xml:space="preserve">Partindo do marco </w:t>
      </w:r>
      <w:r>
        <w:rPr>
          <w:b/>
        </w:rPr>
        <w:t>M-1673B</w:t>
      </w:r>
      <w:r>
        <w:t xml:space="preserve">, deste segue com azimute de 138°34'21" e distância de 469,54m, confrontando com LOTE 01 da GLEBA 14, CASTRO ALVES, ESPIGÃO D'OESTE, PROJETO FUNDIÁRIO, até o marco </w:t>
      </w:r>
      <w:r>
        <w:rPr>
          <w:b/>
        </w:rPr>
        <w:t>M-1671</w:t>
      </w:r>
      <w:r>
        <w:t xml:space="preserve">, deste segue com azimute de 226°56'14" e distância de 720,32m, confrontando com Lote 07, da Gleba 14, Castro Alves, Setor Espigão D'Oeste, Projeto Fundiário Corumbiara, até o marco </w:t>
      </w:r>
      <w:r>
        <w:rPr>
          <w:b/>
        </w:rPr>
        <w:t>V-01</w:t>
      </w:r>
      <w:r>
        <w:t xml:space="preserve">, deste segue com azimute de 317°42'56" e distância de 235,52m, confrontando com Lote 08-A, da Gleba 14, Castro Alves, SETOR ESPIGÃO D'OESTE, Projeto Fundiário Corumbiara, até o marco </w:t>
      </w:r>
      <w:r>
        <w:rPr>
          <w:b/>
        </w:rPr>
        <w:t>M-1673C3</w:t>
      </w:r>
      <w:r>
        <w:t xml:space="preserve">, deste segue com azimute de 43°54'24" e distância de 255,34m, confrontando com Lote 08-B3, da Gleba 14, Castro Alves, SETOR ESPIGÃO D'OESTE, Projeto Fundiário Corumbiara, até o marco </w:t>
      </w:r>
      <w:r>
        <w:rPr>
          <w:b/>
        </w:rPr>
        <w:t>M-1673C2</w:t>
      </w:r>
      <w:r>
        <w:t xml:space="preserve">, deste segue com azimute de 318°14'24" e distância de 193,52m, confrontando com Lote 08-B3, da Gleba 14, Castro Alves, SETOR ESPIGÃO D'OESTE, Projeto Fundiário Corumbiara, até o marco </w:t>
      </w:r>
      <w:r>
        <w:rPr>
          <w:b/>
        </w:rPr>
        <w:t>M-1673C1</w:t>
      </w:r>
      <w:r>
        <w:t xml:space="preserve">, deste segue com azimute de 43°40'20" e distância de 471,90m, confrontando com Lote 08-B2, da Gleba 14, Castro Alves, SETOR ESPIGÃO D'OESTE, Projeto Fundiário Corumbiara, até o marco </w:t>
      </w:r>
      <w:r>
        <w:rPr>
          <w:b/>
        </w:rPr>
        <w:t>M-1673B</w:t>
      </w:r>
      <w:r>
        <w:t>, início desta descrição.</w:t>
      </w:r>
    </w:p>
    <w:p/>
    <w:p/>
    <w:p>
      <w:pPr>
        <w:jc w:val="right"/>
      </w:pPr>
      <w:r>
        <w:t>Cacoal - RO, 02 de setembro de 2026.</w:t>
      </w:r>
    </w:p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ALMEIDA LACERDA</w:t>
      </w:r>
    </w:p>
    <w:p>
      <w:pPr>
        <w:jc w:val="center"/>
      </w:pPr>
      <w:r>
        <w:t>Engenheiro Civil  |  CREA 16.268/D-RO  |  Credenciamento INCRA: RJNE</w:t>
      </w:r>
    </w:p>
    <w:sectPr w:rsidR="00FC693F" w:rsidRPr="0006063C" w:rsidSect="00034616">
      <w:pgSz w:w="12240" w:h="15840"/>
      <w:pgMar w:top="680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