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0506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incra_faci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50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256" cy="3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25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0000" cy="27517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_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7517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1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6321" cy="1584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elefone_verd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21" cy="1584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20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2000" cy="432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code_whatsapp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40" w:after="120"/>
        <w:pBdr>
          <w:bottom w:val="single" w:sz="12" w:color="000000"/>
        </w:pBdr>
      </w:pPr>
    </w:p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MEMORIAL DESCRITIVO</w:t>
      </w:r>
    </w:p>
    <w:p/>
    <w:p>
      <w:r>
        <w:rPr>
          <w:b/>
        </w:rPr>
        <w:t xml:space="preserve">LOTE: </w:t>
      </w:r>
      <w:r>
        <w:t>08B (REM.)</w:t>
      </w:r>
      <w:r>
        <w:rPr>
          <w:b/>
        </w:rPr>
        <w:t xml:space="preserve">          GLEBA: </w:t>
      </w:r>
      <w:r>
        <w:t>14</w:t>
      </w:r>
    </w:p>
    <w:p>
      <w:r>
        <w:rPr>
          <w:b/>
        </w:rPr>
        <w:t>IMÓVEL GLEBA CASTRO ALVES</w:t>
      </w:r>
    </w:p>
    <w:p>
      <w:r>
        <w:rPr>
          <w:b/>
        </w:rPr>
        <w:t>SETOR ESPIGÃO D'OESTE</w:t>
      </w:r>
    </w:p>
    <w:p>
      <w:r>
        <w:rPr>
          <w:b/>
        </w:rPr>
        <w:t>PROJETO FUNDIÁRIO CORUMBIARA</w:t>
      </w:r>
    </w:p>
    <w:p>
      <w:r>
        <w:rPr>
          <w:b/>
        </w:rPr>
        <w:t xml:space="preserve">MUNICÍPIO: </w:t>
      </w:r>
      <w:r>
        <w:t>Cacoal - RO</w:t>
      </w:r>
    </w:p>
    <w:p>
      <w:r>
        <w:rPr>
          <w:b/>
        </w:rPr>
        <w:t xml:space="preserve">ÁREA: </w:t>
      </w:r>
      <w:r>
        <w:rPr>
          <w:b/>
        </w:rPr>
        <w:t xml:space="preserve">4,8915 ha </w:t>
      </w:r>
      <w:r>
        <w:t>(quatro hectares, oitenta e nove ares e quinze centiares).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LIMITES E CONFRONTAÇÕES</w:t>
      </w:r>
    </w:p>
    <w:p/>
    <w:p>
      <w:r>
        <w:rPr>
          <w:b/>
        </w:rPr>
        <w:t xml:space="preserve">NORTE : </w:t>
      </w:r>
      <w:r>
        <w:t>Lote 08-B2, da Gleba 14, Castro Alves, SETOR ESPIGÃO D'OESTE, Projeto Fundiário Corumbiara;</w:t>
      </w:r>
    </w:p>
    <w:p>
      <w:r>
        <w:rPr>
          <w:b/>
        </w:rPr>
        <w:t xml:space="preserve">LESTE : </w:t>
      </w:r>
      <w:r>
        <w:t>Lote 08-B(Remanescente), da Gleba 14, Castro Alves, SETOR ESPIGÃO D'OESTE, Projeto Fundiário Corumbiara, PARTE 02;</w:t>
      </w:r>
    </w:p>
    <w:p>
      <w:r>
        <w:rPr>
          <w:b/>
        </w:rPr>
        <w:t xml:space="preserve">OESTE : </w:t>
      </w:r>
      <w:r>
        <w:t>Lote 08-A, da Gleba 14, Castro Alves, SETOR ESPIGÃO D'OESTE, Projeto Fundiário Corumbiara;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DESCRIÇÃO DO PERÍMETRO</w:t>
      </w:r>
    </w:p>
    <w:p/>
    <w:p>
      <w:pPr>
        <w:spacing w:line="360" w:lineRule="auto"/>
        <w:ind w:firstLine="709"/>
        <w:jc w:val="both"/>
      </w:pPr>
      <w:r>
        <w:t xml:space="preserve">Partindo do marco </w:t>
      </w:r>
      <w:r>
        <w:rPr>
          <w:b/>
        </w:rPr>
        <w:t>M-1673C1</w:t>
      </w:r>
      <w:r>
        <w:t xml:space="preserve">, deste segue com azimute de 129°19'39" e distância de 193,53m, confrontando com Lote 08-B(Remanescente), da Gleba 14, Castro Alves, SETOR ESPIGÃO D'OESTE, Projeto Fundiário Corumbiara, PARTE 02, até o marco </w:t>
      </w:r>
      <w:r>
        <w:rPr>
          <w:b/>
        </w:rPr>
        <w:t>M-1673C2</w:t>
      </w:r>
      <w:r>
        <w:t xml:space="preserve">, deste segue com azimute de 214°26'37" e distância de 255,35m, confrontando com Lote 08-B(Remanescente), da Gleba 14, Castro Alves, SETOR ESPIGÃO D'OESTE, Projeto Fundiário Corumbiara, PARTE 02, até o marco </w:t>
      </w:r>
      <w:r>
        <w:rPr>
          <w:b/>
        </w:rPr>
        <w:t>M-1673C3</w:t>
      </w:r>
      <w:r>
        <w:t xml:space="preserve">, deste segue com azimute de 309°19'39" e distância de 192,27m, confrontando com Lote 08-A, da Gleba 14, Castro Alves, SETOR ESPIGÃO D'OESTE, Projeto Fundiário Corumbiara, até o marco </w:t>
      </w:r>
      <w:r>
        <w:rPr>
          <w:b/>
        </w:rPr>
        <w:t>M-1673C</w:t>
      </w:r>
      <w:r>
        <w:t xml:space="preserve">, deste segue com azimute de 34°26'37" e distância de 257,24m, confrontando com Lote 08-B2, da Gleba 14, Castro Alves, SETOR ESPIGÃO D'OESTE, Projeto Fundiário Corumbiara, até o marco </w:t>
      </w:r>
      <w:r>
        <w:rPr>
          <w:b/>
        </w:rPr>
        <w:t>M-1673C1</w:t>
      </w:r>
      <w:r>
        <w:t>, início desta descrição.</w:t>
      </w:r>
    </w:p>
    <w:p/>
    <w:p/>
    <w:p>
      <w:pPr>
        <w:jc w:val="right"/>
      </w:pPr>
      <w:r>
        <w:t>Cacoal - RO, 02 de setembro de 2026.</w:t>
      </w:r>
    </w:p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ALMEIDA LACERDA</w:t>
      </w:r>
    </w:p>
    <w:p>
      <w:pPr>
        <w:jc w:val="center"/>
      </w:pPr>
      <w:r>
        <w:t>Engenheiro Civil  |  CREA 16.268/D-RO  |  Credenciamento INCRA: RJNE</w:t>
      </w:r>
    </w:p>
    <w:sectPr w:rsidR="00FC693F" w:rsidRPr="0006063C" w:rsidSect="00034616">
      <w:pgSz w:w="12240" w:h="15840"/>
      <w:pgMar w:top="680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