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1938"/>
        <w:gridCol w:w="1938"/>
        <w:gridCol w:w="1938"/>
        <w:gridCol w:w="1938"/>
        <w:gridCol w:w="1938"/>
      </w:tblGrid>
      <w:tr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30506" cy="39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incra_facil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50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43256" cy="396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25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60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40000" cy="27517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_horizontal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27517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701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96321" cy="1584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elefone_verde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21" cy="1584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020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32000" cy="432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code_whatsapp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40" w:after="120"/>
        <w:pBdr>
          <w:bottom w:val="single" w:sz="12" w:color="000000"/>
        </w:pBdr>
      </w:pPr>
    </w:p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MEMORIAL DESCRITIVO</w:t>
      </w:r>
    </w:p>
    <w:p/>
    <w:p>
      <w:r>
        <w:rPr>
          <w:b/>
        </w:rPr>
        <w:t xml:space="preserve">LOTE: </w:t>
      </w:r>
      <w:r>
        <w:t>08B (REM.)</w:t>
      </w:r>
      <w:r>
        <w:rPr>
          <w:b/>
        </w:rPr>
        <w:t xml:space="preserve">          GLEBA: </w:t>
      </w:r>
      <w:r>
        <w:t>14</w:t>
      </w:r>
    </w:p>
    <w:p>
      <w:r>
        <w:rPr>
          <w:b/>
        </w:rPr>
        <w:t>IMÓVEL GLEBA CASTRO ALVES</w:t>
      </w:r>
    </w:p>
    <w:p>
      <w:r>
        <w:rPr>
          <w:b/>
        </w:rPr>
        <w:t>SETOR ESPIGÃO D'OESTE</w:t>
      </w:r>
    </w:p>
    <w:p>
      <w:r>
        <w:rPr>
          <w:b/>
        </w:rPr>
        <w:t>PROJETO FUNDIÁRIO CORUMBIARA</w:t>
      </w:r>
    </w:p>
    <w:p>
      <w:r>
        <w:rPr>
          <w:b/>
        </w:rPr>
        <w:t xml:space="preserve">MUNICÍPIO: </w:t>
      </w:r>
      <w:r>
        <w:t>Cacoal - RO</w:t>
      </w:r>
    </w:p>
    <w:p>
      <w:r>
        <w:rPr>
          <w:b/>
        </w:rPr>
        <w:t xml:space="preserve">ÁREA: </w:t>
      </w:r>
      <w:r>
        <w:rPr>
          <w:b/>
        </w:rPr>
        <w:t xml:space="preserve">7,2960 ha </w:t>
      </w:r>
      <w:r>
        <w:t>(sete hectares, vinte e nove ares e sessenta centiares).</w:t>
      </w:r>
    </w:p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LIMITES E CONFRONTAÇÕES</w:t>
      </w:r>
    </w:p>
    <w:p/>
    <w:p>
      <w:r>
        <w:rPr>
          <w:b/>
        </w:rPr>
        <w:t xml:space="preserve">NORTE : </w:t>
      </w:r>
      <w:r>
        <w:t>Lote 08-B1A, da Gleba 14, Castro Alves, SETOR ESPIGÃO D'OESTE, Projeto Fundiário Corumbiara;</w:t>
      </w:r>
    </w:p>
    <w:p>
      <w:r>
        <w:rPr>
          <w:b/>
        </w:rPr>
        <w:t xml:space="preserve">LESTE : </w:t>
      </w:r>
      <w:r>
        <w:t>Lote 08-B2, da Gleba 14, Castro Alves, SETOR ESPIGÃO D'OESTE, Projeto Fundiário Corumbiara;</w:t>
      </w:r>
    </w:p>
    <w:p>
      <w:r>
        <w:rPr>
          <w:b/>
        </w:rPr>
        <w:t xml:space="preserve">OESTE : </w:t>
      </w:r>
      <w:r>
        <w:t>Lotes 08 e 09 da Gleba 15, separados pela estrada vicinal;</w:t>
      </w:r>
    </w:p>
    <w:p>
      <w:r>
        <w:rPr>
          <w:b/>
        </w:rPr>
        <w:t xml:space="preserve">SUL : </w:t>
      </w:r>
      <w:r>
        <w:t>Lote 08-A, da Gleba 14, Castro Alves, SETOR ESPIGÃO D'OESTE, Projeto Fundiário Corumbiara;</w:t>
      </w:r>
    </w:p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DESCRIÇÃO DO PERÍMETRO</w:t>
      </w:r>
    </w:p>
    <w:p/>
    <w:p>
      <w:pPr>
        <w:spacing w:line="360" w:lineRule="auto"/>
        <w:ind w:firstLine="709"/>
        <w:jc w:val="both"/>
      </w:pPr>
      <w:r>
        <w:t xml:space="preserve">Partindo do marco </w:t>
      </w:r>
      <w:r>
        <w:rPr>
          <w:b/>
        </w:rPr>
        <w:t>M-1672B</w:t>
      </w:r>
      <w:r>
        <w:t xml:space="preserve">, deste segue com azimute de 128°28'36" e distância de 164,53m, confrontando com Lote 08-B1A, da Gleba 14, Castro Alves, SETOR ESPIGÃO D'OESTE, Projeto Fundiário Corumbiara, até o marco </w:t>
      </w:r>
      <w:r>
        <w:rPr>
          <w:b/>
        </w:rPr>
        <w:t>M-1672A</w:t>
      </w:r>
      <w:r>
        <w:t xml:space="preserve">, deste segue com azimute de 217°42'34" e distância de 444,34m, confrontando com Lote 08-B2, da Gleba 14, Castro Alves, SETOR ESPIGÃO D'OESTE, Projeto Fundiário Corumbiara, até o marco </w:t>
      </w:r>
      <w:r>
        <w:rPr>
          <w:b/>
        </w:rPr>
        <w:t>M-1673D</w:t>
      </w:r>
      <w:r>
        <w:t xml:space="preserve">, deste segue com azimute de 309°19'39" e distância de 164,72m, confrontando com Lote 08-A, da Gleba 14, Castro Alves, SETOR ESPIGÃO D'OESTE, Projeto Fundiário Corumbiara, até o marco </w:t>
      </w:r>
      <w:r>
        <w:rPr>
          <w:b/>
        </w:rPr>
        <w:t>M-1883B</w:t>
      </w:r>
      <w:r>
        <w:t xml:space="preserve">, deste segue com azimute de 37°42'34" e distância de 433,16m, confrontando com Lotes 08 e 09 da Gleba 15, separados pela estrada vicinal, até o marco </w:t>
      </w:r>
      <w:r>
        <w:rPr>
          <w:b/>
        </w:rPr>
        <w:t>M-1672B</w:t>
      </w:r>
      <w:r>
        <w:t>, início desta descrição.</w:t>
      </w:r>
    </w:p>
    <w:p/>
    <w:p/>
    <w:p>
      <w:pPr>
        <w:jc w:val="right"/>
      </w:pPr>
      <w:r>
        <w:t>Cacoal - RO, 07 de setembro de 2026.</w:t>
      </w:r>
    </w:p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ALMEIDA LACERDA</w:t>
      </w:r>
    </w:p>
    <w:p>
      <w:pPr>
        <w:jc w:val="center"/>
      </w:pPr>
      <w:r>
        <w:t>Engenheiro Civil  |  CREA 16.268/D-RO  |  Credenciamento INCRA: RJNE</w:t>
      </w:r>
    </w:p>
    <w:sectPr w:rsidR="00FC693F" w:rsidRPr="0006063C" w:rsidSect="00034616">
      <w:pgSz w:w="12240" w:h="15840"/>
      <w:pgMar w:top="680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