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ALIDIA ELCA WENDT PITTELKOW, inscrita no CPF sob o nº 316.593.142-91, residente em Cacoal/RO, interessada no processo de regularização ambiental referente ao imóvel "LOTE 08B (REM.), GLEBA 14",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ALIDIA ELCA WENDT PITTELKOW</w:t>
        <w:br/>
        <w:t xml:space="preserve">    CPF:            316.593.142-91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