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ALIDIA ELCA WENDT PITTELKOW, brasileira, inscrita no CPF sob o nº 316.593.142-91, residente e domiciliada em Cacoal/RO, vem, respeitosamente, à presença de Vossas Senhorias, solicitar a ANÁLISE E APROVAÇÃO do Cadastro Ambiental Rural — CAR referente ao imóvel rural denominado "LOTE 08B (REM.), GLEBA 14", com área de 32.67 hectares, localizado no município de Cacoal/RO CCIR nº 04324503027,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ALIDIA ELCA WENDT PITTELKOW</w:t>
      </w:r>
    </w:p>
    <w:p>
      <w:r>
        <w:t>CPF: 316.593.142-91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