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1938"/>
        <w:gridCol w:w="1938"/>
        <w:gridCol w:w="1938"/>
        <w:gridCol w:w="1938"/>
        <w:gridCol w:w="1938"/>
      </w:tblGrid>
      <w:tr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0506" cy="39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incra_facil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50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3256" cy="396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25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60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40000" cy="27517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_horizontal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7517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01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96321" cy="1584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elefone_verde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21" cy="1584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020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32000" cy="432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code_whatsapp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40" w:after="120"/>
        <w:pBdr>
          <w:bottom w:val="single" w:sz="12" w:color="000000"/>
        </w:pBdr>
      </w:pPr>
    </w:p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MEMORIAL DESCRITIVO</w:t>
      </w:r>
    </w:p>
    <w:p/>
    <w:p>
      <w:r>
        <w:rPr>
          <w:b/>
        </w:rPr>
        <w:t xml:space="preserve">LOTE: </w:t>
      </w:r>
      <w:r>
        <w:t>08B (REM.)</w:t>
      </w:r>
      <w:r>
        <w:rPr>
          <w:b/>
        </w:rPr>
        <w:t xml:space="preserve">          GLEBA: </w:t>
      </w:r>
      <w:r>
        <w:t>14</w:t>
      </w:r>
    </w:p>
    <w:p>
      <w:r>
        <w:rPr>
          <w:b/>
        </w:rPr>
        <w:t>IMÓVEL GLEBA CASTRO ALVES</w:t>
      </w:r>
    </w:p>
    <w:p>
      <w:r>
        <w:rPr>
          <w:b/>
        </w:rPr>
        <w:t>SETOR ESPIGÃO D'OESTE</w:t>
      </w:r>
    </w:p>
    <w:p>
      <w:r>
        <w:rPr>
          <w:b/>
        </w:rPr>
        <w:t>PROJETO FUNDIÁRIO CORUMBIARA</w:t>
      </w:r>
    </w:p>
    <w:p>
      <w:r>
        <w:rPr>
          <w:b/>
        </w:rPr>
        <w:t xml:space="preserve">MUNICÍPIO: </w:t>
      </w:r>
      <w:r>
        <w:t>Cacoal - RO</w:t>
      </w:r>
    </w:p>
    <w:p>
      <w:r>
        <w:rPr>
          <w:b/>
        </w:rPr>
        <w:t xml:space="preserve">ÁREA: </w:t>
      </w:r>
      <w:r>
        <w:rPr>
          <w:b/>
        </w:rPr>
        <w:t xml:space="preserve">4,8833 ha </w:t>
      </w:r>
      <w:r>
        <w:t>(quatro hectares, oitenta e oito ares e trinta e três centiares).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LIMITES E CONFRONTAÇÕES</w:t>
      </w:r>
    </w:p>
    <w:p/>
    <w:p>
      <w:r>
        <w:rPr>
          <w:b/>
        </w:rPr>
        <w:t xml:space="preserve">NORTE : </w:t>
      </w:r>
      <w:r>
        <w:t>Lote 09, da Gleba 14, Castro Alves, Setor Espigão D'Oeste, Projeto Fundiário Corumbiara;</w:t>
      </w:r>
    </w:p>
    <w:p>
      <w:r>
        <w:rPr>
          <w:b/>
        </w:rPr>
        <w:t xml:space="preserve">LESTE : </w:t>
      </w:r>
      <w:r>
        <w:t>LOTE 01 da GLEBA 14, CASTRO ALVES, ESPIGÃO D'OESTE, PROJETO FUNDIÁRIO e Lote 08-B2, da Gleba 14, Castro Alves, SETOR ESPIGÃO D'OESTE, Projeto Fundiário Corumbiara;</w:t>
      </w:r>
    </w:p>
    <w:p>
      <w:r>
        <w:rPr>
          <w:b/>
        </w:rPr>
        <w:t xml:space="preserve">OESTE : </w:t>
      </w:r>
      <w:r>
        <w:t>Lotes 08 e 09 da Gleba 15, separados pela estrada vicinal;</w:t>
      </w:r>
    </w:p>
    <w:p>
      <w:r>
        <w:rPr>
          <w:b/>
        </w:rPr>
        <w:t xml:space="preserve">SUL : </w:t>
      </w:r>
      <w:r>
        <w:t>Lote 08-B1, da Gleba 14, Castro Alves, SETOR ESPIGÃO D'OESTE, Projeto Fundiário Corumbiara;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DESCRIÇÃO DO PERÍMETRO</w:t>
      </w:r>
    </w:p>
    <w:p/>
    <w:p>
      <w:pPr>
        <w:spacing w:line="360" w:lineRule="auto"/>
        <w:ind w:firstLine="709"/>
        <w:jc w:val="both"/>
      </w:pPr>
      <w:r>
        <w:t xml:space="preserve">Partindo do marco </w:t>
      </w:r>
      <w:r>
        <w:rPr>
          <w:b/>
        </w:rPr>
        <w:t>M-1672</w:t>
      </w:r>
      <w:r>
        <w:t xml:space="preserve">, deste segue com azimute de 129°19'39" e distância de 77,24m, confrontando com Lote 09, da Gleba 14, Castro Alves, Setor Espigão D'Oeste, Projeto Fundiário Corumbiara, até o marco </w:t>
      </w:r>
      <w:r>
        <w:rPr>
          <w:b/>
        </w:rPr>
        <w:t>M-1673</w:t>
      </w:r>
      <w:r>
        <w:t xml:space="preserve">, deste segue com azimute de 138°34'11" e distância de 87,73m, confrontando com LOTE 01 da GLEBA 14, CASTRO ALVES, ESPIGÃO D'OESTE, PROJETO FUNDIÁRIO, até o marco </w:t>
      </w:r>
      <w:r>
        <w:rPr>
          <w:b/>
        </w:rPr>
        <w:t>M-1673A</w:t>
      </w:r>
      <w:r>
        <w:t xml:space="preserve">, deste segue com azimute de 223°39'38" e distância de 287,20m, confrontando com Lote 08-B2, da Gleba 14, Castro Alves, SETOR ESPIGÃO D'OESTE, Projeto Fundiário Corumbiara, até o marco </w:t>
      </w:r>
      <w:r>
        <w:rPr>
          <w:b/>
        </w:rPr>
        <w:t>M-1672A</w:t>
      </w:r>
      <w:r>
        <w:t xml:space="preserve">, deste segue com azimute de 309°19'39" e distância de 164,51m, confrontando com Lote 08-B1, da Gleba 14, Castro Alves, SETOR ESPIGÃO D'OESTE, Projeto Fundiário Corumbiara, até o marco </w:t>
      </w:r>
      <w:r>
        <w:rPr>
          <w:b/>
        </w:rPr>
        <w:t>M-1672B</w:t>
      </w:r>
      <w:r>
        <w:t xml:space="preserve">, deste segue com azimute de 43°38'09" e distância de 293,03m, confrontando com Lotes 08 e 09 da Gleba 15, separados pela estrada vicinal, até o marco </w:t>
      </w:r>
      <w:r>
        <w:rPr>
          <w:b/>
        </w:rPr>
        <w:t>M-1672</w:t>
      </w:r>
      <w:r>
        <w:t>, início desta descrição.</w:t>
      </w:r>
    </w:p>
    <w:p/>
    <w:p/>
    <w:p>
      <w:pPr>
        <w:jc w:val="right"/>
      </w:pPr>
      <w:r>
        <w:t>Cacoal - RO, 02 de setembro de 2026.</w:t>
      </w:r>
    </w:p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ALMEIDA LACERDA</w:t>
      </w:r>
    </w:p>
    <w:p>
      <w:pPr>
        <w:jc w:val="center"/>
      </w:pPr>
      <w:r>
        <w:t>Engenheiro Civil  |  CREA 16.268/D-RO  |  Credenciamento INCRA: RJNE</w:t>
      </w:r>
    </w:p>
    <w:sectPr w:rsidR="00FC693F" w:rsidRPr="0006063C" w:rsidSect="00034616">
      <w:pgSz w:w="12240" w:h="15840"/>
      <w:pgMar w:top="680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