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NILSON JOSÉ RODRIGUES, brasileiro, inscrito no CPF sob o nº 137.451.498-58, residente e domiciliado em Pimenta Bueno/RO, vem, respeitosamente, à presença de Vossas Senhorias, solicitar a ANÁLISE E APROVAÇÃO do Cadastro Ambiental Rural — CAR referente ao imóvel rural denominado "LOTE 08, GLEBA 01, S.T. ROOSEVELT, P.F. CORUMBIARA", com área de 96.7147 hectares, localizado no município de Pimenta Bueno/RO CCIR nº 04485646091,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NILSON JOSÉ RODRIGUES</w:t>
      </w:r>
    </w:p>
    <w:p>
      <w:r>
        <w:t>CPF: 137.451.498-58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