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NILSON JOSÉ RODRIGUES, inscrito no CPF sob o nº 137.451.498-58, titular do imóvel rural "LOTE 08, GLEBA 01, S.T. ROOSEVELT,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NILSON JOSÉ RODRIGUES</w:t>
      </w:r>
    </w:p>
    <w:p>
      <w:r>
        <w:t>CPF: 137.451.498-58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