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NILSON JOSÉ RODRIGUES, inscrito no CPF sob o nº 137.451.498-58, proprietário do imóvel rural denominado "LOTE 08, GLEBA 01, S.T. ROOSEVELT, P.F. CORUMBIARA", com área de 96.7147 hectares, localizado no município de Pimenta Bueno/RO,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NILSON JOSÉ RODRIGUES</w:t>
      </w:r>
    </w:p>
    <w:p>
      <w:r>
        <w:t>CPF: 137.451.498-58</w:t>
      </w:r>
    </w:p>
    <w:p>
      <w:r>
        <w:t>Domicílio: Pimenta Bueno/RO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