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VALDOMIRO VELOSO, inscrito no CPF sob o nº 207.732.002-82, titular do imóvel rural "LOTE 07, GLEBA 01, S.T. ROOSEVELT,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VALDOMIRO VELOSO</w:t>
      </w:r>
    </w:p>
    <w:p>
      <w:r>
        <w:t>CPF: 207.732.002-82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