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EDMILSON ANDRADE DE SOUZA, brasileiro, casado(a), pecuarista, inscrito(a) no CPF nº 042.034.178-13, portador(a) do RG nº M-2.434.232-MG e RG 1.234.441 SESDEC/RO,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ALESSANDRA GOMES TEMPONI ANDRADE, brasileira, casado(a), do lar, inscrito(a) no CPF nº 010.648.256-48, portador(a) do RG nº 6.920.674 PCEMG/MG,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77, GLEBA 05, S.T. IPOCYSSARA, P.F. CORUMBIARA, Município de Ministro Andreazza/RO, código INCRA/SNCR nº 950.068.544.051-8, matrícula nº 15.904, de propriedade/posse do(s) OUTORGANTE(S).</w:t>
      </w:r>
    </w:p>
    <w:p/>
    <w:p>
      <w:pPr>
        <w:jc w:val="right"/>
      </w:pPr>
      <w:r>
        <w:t>Ministro Andreazza/RO,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EDMILSON ANDRADE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ALESSANDRA GOMES TEMPONI ANDRADE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