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EDMILSON ANDRADE DE SOUZA, inscrito no CPF sob o nº 042.034.178-13, residente em Ministro Andreazza/RO, interessado no processo de regularização ambiental referente ao imóvel "LOTE 77, GLEBA 05, S.T.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EDMILSON ANDRADE DE SOUZA</w:t>
        <w:br/>
        <w:t xml:space="preserve">    CPF:            042.034.178-13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