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EDMILSON ANDRADE DE SOUZA, brasileiro, inscrito no CPF sob o nº 042.034.178-13, residente e domiciliado em Ministro Andreazza/RO, vem, respeitosamente, à presença de Vossas Senhorias, solicitar a ANÁLISE E APROVAÇÃO do Cadastro Ambiental Rural — CAR referente ao imóvel rural denominado "LOTE 77, GLEBA 05, S.T. IPOCYSSARA, P.F. CORUMBIARA", com área de 153.5534 hectares, localizado no município de Ministro Andreazza/RO CCIR nº 950.068.544.051-8,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