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EDMILSON ANDRADE DE SOUZA, inscrito no CPF sob o nº 042.034.178-13, proprietário do imóvel rural denominado "LOTE 77, GLEBA 05, S.T. IPOCYSSARA, P.F. CORUMBIARA", com área de 153.5534 hectares,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EDMILSON ANDRADE DE SOUZA</w:t>
      </w:r>
    </w:p>
    <w:p>
      <w:r>
        <w:t>CPF: 042.034.178-13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