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LUCIANA APARECIDA PAULUCIO, inscrita no CPF sob o nº 735.520.972-87, residente em Cacoal/RO, interessada no processo de regularização ambiental referente ao imóvel "LOTE 11-A, GLEBA 06,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LUCIANA APARECIDA PAULUCIO</w:t>
        <w:br/>
        <w:t xml:space="preserve">    CPF:            735.520.972-87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LUCIANA APARECIDA PAULUCIO</w:t>
      </w:r>
    </w:p>
    <w:p>
      <w:r>
        <w:t>CPF: 735.520.972-87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