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LUCIANA APARECIDA PAULUCIO, inscrita no CPF sob o nº 735.520.972-87, proprietária do imóvel rural denominado "LOTE 11-A,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