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[ÁREA]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 xml:space="preserve"> (Código do Imóvel Rural nº 999.989.909.734-3), para tal trabalho fora recolhida a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17, da Gleba 06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14, da Gleba 06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13-A, da Gleba 06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15-B,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15-B, GLEBA 06, S.T. IPOCYSSARA (Matrícula 12.482)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17 (REM.), GLEBA 06, S.T. IPOCYSSARA (Matrícula 6.000)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17 (REM.), GLEBA 06, S.T. IPOCYSSARA (Matrícula 6.000)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13-A, GLEBA 06, S.T. IPOCYSSARA (Matrícula 3.722)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17,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15-B, GLEBA 06, S.T. IPOCYSSARA (Matrícula 12.482)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17 (REM.), GLEBA 06, S.T. IPOCYSSARA (Matrícula 6.000)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17 (REM.), GLEBA 06, S.T. IPOCYSSARA (Matrícula 6.000)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15-B,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S.T. IPOCYSSARA (Matrícula 3.722)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11 de setembro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