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DELMA LUZIA DAS NEVES</w:t>
      </w:r>
      <w:r>
        <w:rPr>
          <w:b w:val="0"/>
          <w:sz w:val="24"/>
        </w:rPr>
        <w:t>, brasileira, Solteira, lavradora, portadora do CI.RG nº 628.580 SSP/RO, inscrita no CPF/MF nº 622.486.182-04, filha de SEBASTIÃO DAS NEVES e RUTH CHAGAS DAS NEVES, que declara, sob as penas da Lei, não ter convivência pública em união estável, nos termos do art. 1.723 e seguintes do Código Civil Brasileiro, residente e domiciliada na Linha 06, Lote 14, Gleba 06, Km 30,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14-C (UNIFICADO),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001.040.074.632-3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41.749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10.6783 hectares</w:t>
      </w:r>
      <w:r>
        <w:rPr>
          <w:b w:val="0"/>
          <w:sz w:val="24"/>
        </w:rPr>
        <w:t xml:space="preserve"> (10,6783 hectares (dez hectares, sessenta e sete ares e oitenta e três centiares)).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DELMA LUZIA DAS NEVES</w:t>
      </w:r>
    </w:p>
    <w:p>
      <w:pPr>
        <w:spacing w:after="0" w:before="0"/>
        <w:jc w:val="left"/>
      </w:pPr>
      <w:r>
        <w:rPr>
          <w:b w:val="0"/>
          <w:sz w:val="24"/>
        </w:rPr>
        <w:t>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IRINEU PORTILHO ABRAMOSKI</w:t>
      </w:r>
      <w:r>
        <w:rPr>
          <w:b w:val="0"/>
          <w:sz w:val="24"/>
        </w:rPr>
        <w:t xml:space="preserve">, brasileiro, Casado, produtor agropecuário, portador do CI.RG nº 486121 SESDEC/RO, inscrito no CPF/MF nº 439.990.342-20, filho de __________ e __________, casado pelo regime de Comunhão Parcial de Bens, na vigência da Lei nº 6.515/77, com </w:t>
      </w:r>
      <w:r>
        <w:rPr>
          <w:b/>
          <w:sz w:val="24"/>
        </w:rPr>
        <w:t>ANA LUCIA GONÇALVES DE SOUZA ABRAMOSKI</w:t>
      </w:r>
      <w:r>
        <w:rPr>
          <w:b w:val="0"/>
          <w:sz w:val="24"/>
        </w:rPr>
        <w:t>, brasileira, do lar, portadora do CI.RG nº 626957 SESP/RO, inscrita no CPF/MF nº 515.008.412-34, filha de __________ e __________, residente e domiciliado na Linha 06, Lote 17, Gleba 06,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17 (REM.),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950.157.200.891-8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6.000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55.66 hectares</w:t>
      </w:r>
      <w:r>
        <w:rPr>
          <w:b w:val="0"/>
          <w:sz w:val="24"/>
        </w:rPr>
        <w:t xml:space="preserve"> (55,6600 hectares (cinquenta e cinco hectares e sessenta e seis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IRINEU PORTILHO ABRAMOSKI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ANA LUCIA GONÇALVES DE SOUZA ABRAMOSKI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JOÃO CARLOS LIMA</w:t>
      </w:r>
      <w:r>
        <w:rPr>
          <w:b w:val="0"/>
          <w:sz w:val="24"/>
        </w:rPr>
        <w:t xml:space="preserve">, brasileiro, Casado, pecuarista, portador do CI.RG nº 268.627 SESP/RO, inscrito no CPF/MF nº 317.946.022-91, filho de JOSÉ CARLOS LIMA e ANÉZIA VIEIRA LOPES LIMA, casado pelo regime de Comunhão Parcial de Bens, na vigência da Lei nº 6.515/77, com </w:t>
      </w:r>
      <w:r>
        <w:rPr>
          <w:b/>
          <w:sz w:val="24"/>
        </w:rPr>
        <w:t>ROZINALDA MARIA DE OLIVEIRA LIMA</w:t>
      </w:r>
      <w:r>
        <w:rPr>
          <w:b w:val="0"/>
          <w:sz w:val="24"/>
        </w:rPr>
        <w:t>, brasileira, do lar, portadora do CI.RG nº 659624 SESDEC/RO, inscrita no CPF/MF nº 645.422.462-72, filha de SEBASTIÃO CANDIDO DE OLIVEIRA e ADÉLIA DA SILVA PINTO DE OLIVEIRA, residente e domiciliado na Rua Minas Gerais, nº 5.557, Centro,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15-B,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950.068.519.828-4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12.482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24.2 hectares</w:t>
      </w:r>
      <w:r>
        <w:rPr>
          <w:b w:val="0"/>
          <w:sz w:val="24"/>
        </w:rPr>
        <w:t xml:space="preserve"> (24,2000 hectares (vinte e quatro hectares e vinte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JOÃO CARLOS LIMA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ROZINALDA MARIA DE OLIVEIRA LIMA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pecuarista, portador do CI.RG nº 117.141 SESP/RO, inscrito no CPF/MF nº 095.514.842-15, filho de EGIDIO MARGOTTO e ALINA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do lar, portadora do CI.RG nº 682.748 SSP/RO, inscrita no CPF/MF nº 001.819.042-17, filha de JUVENAL ALBARES RAMOS e MARIA PADILHA ARMAGO, residente e domiciliado na Linha 06, Lote 13-A, Gleba 06, s/n, zona rural,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001.040.062.111-5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67.1897 hectares</w:t>
      </w:r>
      <w:r>
        <w:rPr>
          <w:b w:val="0"/>
          <w:sz w:val="24"/>
        </w:rPr>
        <w:t xml:space="preserve"> (67,1897 hectares (sessenta e sete hectares, dezoito ares e noventa e sete centiares)).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