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ANTONIO MARCOS MARGOTTO, brasileiro, inscrito no CPF sob o nº 595.330.052-20, residente e domiciliado em Cacoal/Rondônia, vem, respeitosamente, à presença de Vossas Senhorias, solicitar a ANÁLISE E APROVAÇÃO do Cadastro Ambiental Rural — CAR referente ao imóvel rural denominado "LOTE 15-C, GLEBA 06, SETOR IPOCYSSARA, PROJETO FUNDIÁRIO CORUMBIARA, Cacoal, Rondônia", com área de 41.6106 hectares, localizado no município de Cacoal/Rondônia CCIR nº 999.989.909.734-3,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