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JUVELINO LAGAÇO, brasileiro, casado(a), pecuarista, inscrito(a) no CPF nº 643.681.492-20, portador(a) do RG nº 672.967 SSP-RO, residente e domiciliado(a) em Linha 09, Lote 95-B, Gleba 08,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95-B, GLEBA 08, S.T. GY-PARANÁ, P.I.C. GY-PARANÁ, Município de Cacoal/RO, código INCRA/SNCR nº 950.203.354.872-7, matrícula nº 6170, de propriedade/posse do(s) OUTORGANTE(S).</w:t>
      </w:r>
    </w:p>
    <w:p/>
    <w:p>
      <w:pPr>
        <w:jc w:val="right"/>
      </w:pPr>
      <w:r>
        <w:t>Cacoal/RO, 18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JUVELINO LAGAÇO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