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MATEUS,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57-A DA gleba 12 Gy-Paraná, Município de Cacoal/RO,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MATEUS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